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3B2" w:rsidRDefault="000A3BD0" w:rsidP="008A7F64">
      <w:pPr>
        <w:bidi/>
      </w:pPr>
      <w:r>
        <w:rPr>
          <w:rFonts w:cs="Arial"/>
          <w:rtl/>
        </w:rPr>
        <w:t>بخش</w:t>
      </w:r>
      <w:r>
        <w:t xml:space="preserve"> </w:t>
      </w:r>
      <w:r>
        <w:rPr>
          <w:rFonts w:cs="Arial"/>
          <w:rtl/>
        </w:rPr>
        <w:t>۱</w:t>
      </w:r>
      <w:r>
        <w:t xml:space="preserve">: </w:t>
      </w:r>
      <w:r>
        <w:rPr>
          <w:rFonts w:cs="Arial"/>
          <w:rtl/>
        </w:rPr>
        <w:t>اطلاعات</w:t>
      </w:r>
      <w:r>
        <w:t xml:space="preserve"> </w:t>
      </w:r>
      <w:r>
        <w:rPr>
          <w:rFonts w:cs="Arial"/>
          <w:rtl/>
        </w:rPr>
        <w:t>شرکت</w:t>
      </w:r>
      <w:r>
        <w:t xml:space="preserve"> </w:t>
      </w:r>
      <w:r>
        <w:rPr>
          <w:rFonts w:cs="Arial"/>
          <w:rtl/>
        </w:rPr>
        <w:t>متقاضی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نام</w:t>
      </w:r>
      <w:r>
        <w:t xml:space="preserve"> </w:t>
      </w:r>
      <w:r>
        <w:rPr>
          <w:rFonts w:cs="Arial"/>
          <w:rtl/>
        </w:rPr>
        <w:t>شرکت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کشور</w:t>
      </w:r>
      <w:r>
        <w:t xml:space="preserve"> </w:t>
      </w:r>
      <w:r>
        <w:rPr>
          <w:rFonts w:cs="Arial"/>
          <w:rtl/>
        </w:rPr>
        <w:t>محل</w:t>
      </w:r>
      <w:r>
        <w:t xml:space="preserve"> </w:t>
      </w:r>
      <w:r>
        <w:rPr>
          <w:rFonts w:cs="Arial"/>
          <w:rtl/>
        </w:rPr>
        <w:t>فعالیت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نام</w:t>
      </w:r>
      <w:r>
        <w:t xml:space="preserve"> </w:t>
      </w:r>
      <w:r>
        <w:rPr>
          <w:rFonts w:cs="Arial"/>
          <w:rtl/>
        </w:rPr>
        <w:t>شخص</w:t>
      </w:r>
      <w:r>
        <w:t xml:space="preserve"> </w:t>
      </w:r>
      <w:r>
        <w:rPr>
          <w:rFonts w:cs="Arial"/>
          <w:rtl/>
        </w:rPr>
        <w:t>رابط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سمت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ایمیل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شماره</w:t>
      </w:r>
      <w:r>
        <w:t xml:space="preserve"> </w:t>
      </w:r>
      <w:r>
        <w:rPr>
          <w:rFonts w:cs="Arial"/>
          <w:rtl/>
        </w:rPr>
        <w:t>تماس</w:t>
      </w:r>
      <w:r>
        <w:t xml:space="preserve"> / </w:t>
      </w:r>
      <w:r>
        <w:rPr>
          <w:rFonts w:cs="Arial"/>
          <w:rtl/>
        </w:rPr>
        <w:t>واتساپ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وب</w:t>
      </w:r>
      <w:r>
        <w:t>‌</w:t>
      </w:r>
      <w:r>
        <w:rPr>
          <w:rFonts w:cs="Arial"/>
          <w:rtl/>
        </w:rPr>
        <w:t>سایت</w:t>
      </w:r>
      <w:r>
        <w:t xml:space="preserve"> </w:t>
      </w:r>
      <w:r>
        <w:rPr>
          <w:rFonts w:cs="Arial"/>
          <w:rtl/>
        </w:rPr>
        <w:t>شرکت</w:t>
      </w:r>
      <w:r>
        <w:t>:</w:t>
      </w:r>
    </w:p>
    <w:p w:rsidR="000A13B2" w:rsidRDefault="000A3BD0" w:rsidP="008A7F64">
      <w:pPr>
        <w:bidi/>
      </w:pPr>
      <w:r>
        <w:rPr>
          <w:rFonts w:cs="Arial"/>
          <w:rtl/>
        </w:rPr>
        <w:t>بخش</w:t>
      </w:r>
      <w:r>
        <w:t xml:space="preserve"> </w:t>
      </w:r>
      <w:r>
        <w:rPr>
          <w:rFonts w:cs="Arial"/>
          <w:rtl/>
        </w:rPr>
        <w:t>۲</w:t>
      </w:r>
      <w:r>
        <w:t xml:space="preserve">: </w:t>
      </w:r>
      <w:r>
        <w:rPr>
          <w:rFonts w:cs="Arial"/>
          <w:rtl/>
        </w:rPr>
        <w:t>اطلاعات</w:t>
      </w:r>
      <w:r>
        <w:t xml:space="preserve"> </w:t>
      </w:r>
      <w:r>
        <w:rPr>
          <w:rFonts w:cs="Arial"/>
          <w:rtl/>
        </w:rPr>
        <w:t>محصول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نام</w:t>
      </w:r>
      <w:r>
        <w:t xml:space="preserve"> </w:t>
      </w:r>
      <w:r>
        <w:rPr>
          <w:rFonts w:cs="Arial"/>
          <w:rtl/>
        </w:rPr>
        <w:t>محصول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دسته</w:t>
      </w:r>
      <w:r>
        <w:t>‌</w:t>
      </w:r>
      <w:r>
        <w:rPr>
          <w:rFonts w:cs="Arial"/>
          <w:rtl/>
        </w:rPr>
        <w:t>بندی</w:t>
      </w:r>
      <w:r>
        <w:t xml:space="preserve"> </w:t>
      </w:r>
      <w:r>
        <w:rPr>
          <w:rFonts w:cs="Arial"/>
          <w:rtl/>
        </w:rPr>
        <w:t>محصول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تجهیزات</w:t>
      </w:r>
      <w:r>
        <w:t xml:space="preserve"> </w:t>
      </w:r>
      <w:r>
        <w:rPr>
          <w:rFonts w:cs="Arial"/>
          <w:rtl/>
        </w:rPr>
        <w:t>برقی</w:t>
      </w:r>
      <w:r>
        <w:t xml:space="preserve">   ☐ </w:t>
      </w:r>
      <w:r>
        <w:rPr>
          <w:rFonts w:cs="Arial"/>
          <w:rtl/>
        </w:rPr>
        <w:t>اسباب</w:t>
      </w:r>
      <w:r>
        <w:t>‌</w:t>
      </w:r>
      <w:r>
        <w:rPr>
          <w:rFonts w:cs="Arial"/>
          <w:rtl/>
        </w:rPr>
        <w:t>بازی</w:t>
      </w:r>
      <w:r>
        <w:t xml:space="preserve">   ☐ </w:t>
      </w:r>
      <w:r>
        <w:rPr>
          <w:rFonts w:cs="Arial"/>
          <w:rtl/>
        </w:rPr>
        <w:t>محصولات</w:t>
      </w:r>
      <w:r>
        <w:t xml:space="preserve"> </w:t>
      </w:r>
      <w:r>
        <w:rPr>
          <w:rFonts w:cs="Arial"/>
          <w:rtl/>
        </w:rPr>
        <w:t>غذایی</w:t>
      </w:r>
      <w:r>
        <w:t xml:space="preserve">   ☐ </w:t>
      </w:r>
      <w:r>
        <w:rPr>
          <w:rFonts w:cs="Arial"/>
          <w:rtl/>
        </w:rPr>
        <w:t>محصولات</w:t>
      </w:r>
      <w:r>
        <w:t xml:space="preserve"> </w:t>
      </w:r>
      <w:r>
        <w:rPr>
          <w:rFonts w:cs="Arial"/>
          <w:rtl/>
        </w:rPr>
        <w:t>صنعتی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تجهیزات</w:t>
      </w:r>
      <w:r>
        <w:t xml:space="preserve"> </w:t>
      </w:r>
      <w:r>
        <w:rPr>
          <w:rFonts w:cs="Arial"/>
          <w:rtl/>
        </w:rPr>
        <w:t>مکانیکی</w:t>
      </w:r>
      <w:r>
        <w:t xml:space="preserve">   ☐ </w:t>
      </w:r>
      <w:r>
        <w:rPr>
          <w:rFonts w:cs="Arial"/>
          <w:rtl/>
        </w:rPr>
        <w:t>محصولات</w:t>
      </w:r>
      <w:r>
        <w:t xml:space="preserve"> </w:t>
      </w:r>
      <w:r>
        <w:rPr>
          <w:rFonts w:cs="Arial"/>
          <w:rtl/>
        </w:rPr>
        <w:t>ساختمانی</w:t>
      </w:r>
      <w:r>
        <w:t xml:space="preserve">   ☐ </w:t>
      </w:r>
      <w:r>
        <w:rPr>
          <w:rFonts w:cs="Arial"/>
          <w:rtl/>
        </w:rPr>
        <w:t>سایر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مدل</w:t>
      </w:r>
      <w:r>
        <w:t xml:space="preserve"> / </w:t>
      </w:r>
      <w:r>
        <w:rPr>
          <w:rFonts w:cs="Arial"/>
          <w:rtl/>
        </w:rPr>
        <w:t>شماره</w:t>
      </w:r>
      <w:r>
        <w:t xml:space="preserve"> </w:t>
      </w:r>
      <w:r>
        <w:rPr>
          <w:rFonts w:cs="Arial"/>
          <w:rtl/>
        </w:rPr>
        <w:t>فنی</w:t>
      </w:r>
      <w:r>
        <w:t xml:space="preserve"> </w:t>
      </w:r>
      <w:r>
        <w:rPr>
          <w:rFonts w:cs="Arial"/>
          <w:rtl/>
        </w:rPr>
        <w:t>محصول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کشور</w:t>
      </w:r>
      <w:r>
        <w:t xml:space="preserve"> </w:t>
      </w:r>
      <w:r>
        <w:rPr>
          <w:rFonts w:cs="Arial"/>
          <w:rtl/>
        </w:rPr>
        <w:t>تولیدکننده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محل</w:t>
      </w:r>
      <w:r>
        <w:t xml:space="preserve"> </w:t>
      </w:r>
      <w:r>
        <w:rPr>
          <w:rFonts w:cs="Arial"/>
          <w:rtl/>
        </w:rPr>
        <w:t>تولید</w:t>
      </w:r>
      <w:r>
        <w:t>:</w:t>
      </w:r>
    </w:p>
    <w:p w:rsidR="000A13B2" w:rsidRDefault="000A3BD0" w:rsidP="008A7F64">
      <w:pPr>
        <w:bidi/>
      </w:pPr>
      <w:r>
        <w:rPr>
          <w:rFonts w:cs="Arial"/>
          <w:rtl/>
        </w:rPr>
        <w:t>بخش</w:t>
      </w:r>
      <w:r>
        <w:t xml:space="preserve"> </w:t>
      </w:r>
      <w:r>
        <w:rPr>
          <w:rFonts w:cs="Arial"/>
          <w:rtl/>
        </w:rPr>
        <w:t>۳</w:t>
      </w:r>
      <w:r>
        <w:t xml:space="preserve">: </w:t>
      </w:r>
      <w:r>
        <w:rPr>
          <w:rFonts w:cs="Arial"/>
          <w:rtl/>
        </w:rPr>
        <w:t>وضعیت</w:t>
      </w:r>
      <w:r>
        <w:t xml:space="preserve"> </w:t>
      </w:r>
      <w:r>
        <w:rPr>
          <w:rFonts w:cs="Arial"/>
          <w:rtl/>
        </w:rPr>
        <w:t>فعلی</w:t>
      </w:r>
      <w:r>
        <w:t xml:space="preserve"> </w:t>
      </w:r>
      <w:r>
        <w:rPr>
          <w:rFonts w:cs="Arial"/>
          <w:rtl/>
        </w:rPr>
        <w:t>محصول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گزارش</w:t>
      </w:r>
      <w:r>
        <w:t xml:space="preserve"> </w:t>
      </w:r>
      <w:r>
        <w:rPr>
          <w:rFonts w:cs="Arial"/>
          <w:rtl/>
        </w:rPr>
        <w:t>آزمون</w:t>
      </w:r>
      <w:r>
        <w:t xml:space="preserve"> (Test Report): ☐ </w:t>
      </w:r>
      <w:r>
        <w:rPr>
          <w:rFonts w:cs="Arial"/>
          <w:rtl/>
        </w:rPr>
        <w:t>بله</w:t>
      </w:r>
      <w:r>
        <w:t xml:space="preserve"> ☐ </w:t>
      </w:r>
      <w:r>
        <w:rPr>
          <w:rFonts w:cs="Arial"/>
          <w:rtl/>
        </w:rPr>
        <w:t>خیر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استاندارد</w:t>
      </w:r>
      <w:r>
        <w:t xml:space="preserve"> </w:t>
      </w:r>
      <w:r>
        <w:rPr>
          <w:rFonts w:cs="Arial"/>
          <w:rtl/>
        </w:rPr>
        <w:t>یا</w:t>
      </w:r>
      <w:r>
        <w:t xml:space="preserve"> </w:t>
      </w:r>
      <w:r>
        <w:rPr>
          <w:rFonts w:cs="Arial"/>
          <w:rtl/>
        </w:rPr>
        <w:t>گواهی</w:t>
      </w:r>
      <w:r>
        <w:t>‌</w:t>
      </w:r>
      <w:r>
        <w:rPr>
          <w:rFonts w:cs="Arial"/>
          <w:rtl/>
        </w:rPr>
        <w:t>های</w:t>
      </w:r>
      <w:r>
        <w:t xml:space="preserve"> </w:t>
      </w:r>
      <w:r>
        <w:rPr>
          <w:rFonts w:cs="Arial"/>
          <w:rtl/>
        </w:rPr>
        <w:t>قبلی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CE   ☐ ISO   ☐ IEC Test </w:t>
      </w:r>
      <w:r>
        <w:t xml:space="preserve">Report   ☐ </w:t>
      </w:r>
      <w:r>
        <w:rPr>
          <w:rFonts w:cs="Arial"/>
          <w:rtl/>
        </w:rPr>
        <w:t>سایر</w:t>
      </w:r>
      <w:r>
        <w:t>:</w:t>
      </w:r>
    </w:p>
    <w:p w:rsidR="000A13B2" w:rsidRDefault="000A3BD0" w:rsidP="008A7F64">
      <w:pPr>
        <w:bidi/>
      </w:pPr>
      <w:r>
        <w:rPr>
          <w:rFonts w:cs="Arial"/>
          <w:rtl/>
        </w:rPr>
        <w:t>بخش</w:t>
      </w:r>
      <w:r>
        <w:t xml:space="preserve"> </w:t>
      </w:r>
      <w:r>
        <w:rPr>
          <w:rFonts w:cs="Arial"/>
          <w:rtl/>
        </w:rPr>
        <w:t>۴</w:t>
      </w:r>
      <w:r>
        <w:t xml:space="preserve">: </w:t>
      </w:r>
      <w:r>
        <w:rPr>
          <w:rFonts w:cs="Arial"/>
          <w:rtl/>
        </w:rPr>
        <w:t>هدف</w:t>
      </w:r>
      <w:r>
        <w:t xml:space="preserve"> </w:t>
      </w:r>
      <w:r>
        <w:rPr>
          <w:rFonts w:cs="Arial"/>
          <w:rtl/>
        </w:rPr>
        <w:t>صادراتی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کشورهای</w:t>
      </w:r>
      <w:r>
        <w:t xml:space="preserve"> </w:t>
      </w:r>
      <w:r>
        <w:rPr>
          <w:rFonts w:cs="Arial"/>
          <w:rtl/>
        </w:rPr>
        <w:t>هدف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عمان</w:t>
      </w:r>
      <w:r>
        <w:t xml:space="preserve"> ☐ </w:t>
      </w:r>
      <w:r>
        <w:rPr>
          <w:rFonts w:cs="Arial"/>
          <w:rtl/>
        </w:rPr>
        <w:t>امارات</w:t>
      </w:r>
      <w:r>
        <w:t xml:space="preserve"> ☐ </w:t>
      </w:r>
      <w:r>
        <w:rPr>
          <w:rFonts w:cs="Arial"/>
          <w:rtl/>
        </w:rPr>
        <w:t>عربستان</w:t>
      </w:r>
      <w:r>
        <w:t xml:space="preserve"> ☐ </w:t>
      </w:r>
      <w:r>
        <w:rPr>
          <w:rFonts w:cs="Arial"/>
          <w:rtl/>
        </w:rPr>
        <w:t>قطر</w:t>
      </w:r>
      <w:r>
        <w:t xml:space="preserve"> ☐ </w:t>
      </w:r>
      <w:r>
        <w:rPr>
          <w:rFonts w:cs="Arial"/>
          <w:rtl/>
        </w:rPr>
        <w:t>کویت</w:t>
      </w:r>
      <w:r>
        <w:t xml:space="preserve"> ☐ </w:t>
      </w:r>
      <w:r>
        <w:rPr>
          <w:rFonts w:cs="Arial"/>
          <w:rtl/>
        </w:rPr>
        <w:t>بحرین</w:t>
      </w:r>
      <w:r>
        <w:t xml:space="preserve"> ☐ </w:t>
      </w:r>
      <w:r>
        <w:rPr>
          <w:rFonts w:cs="Arial"/>
          <w:rtl/>
        </w:rPr>
        <w:t>سایر</w:t>
      </w:r>
      <w:r>
        <w:t xml:space="preserve"> </w:t>
      </w:r>
      <w:r>
        <w:rPr>
          <w:rFonts w:cs="Arial"/>
          <w:rtl/>
        </w:rPr>
        <w:t>کشورهای</w:t>
      </w:r>
      <w:r>
        <w:t xml:space="preserve"> GCC</w:t>
      </w:r>
    </w:p>
    <w:p w:rsidR="000A13B2" w:rsidRDefault="000A3BD0" w:rsidP="008A7F64">
      <w:pPr>
        <w:bidi/>
      </w:pPr>
      <w:r>
        <w:rPr>
          <w:rFonts w:cs="Arial"/>
          <w:rtl/>
        </w:rPr>
        <w:t>هدف</w:t>
      </w:r>
      <w:r>
        <w:t xml:space="preserve"> </w:t>
      </w:r>
      <w:r>
        <w:rPr>
          <w:rFonts w:cs="Arial"/>
          <w:rtl/>
        </w:rPr>
        <w:t>دریافت</w:t>
      </w:r>
      <w:r>
        <w:t xml:space="preserve"> </w:t>
      </w:r>
      <w:r>
        <w:rPr>
          <w:rFonts w:cs="Arial"/>
          <w:rtl/>
        </w:rPr>
        <w:t>گواهی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صادرات</w:t>
      </w:r>
      <w:r>
        <w:t xml:space="preserve"> </w:t>
      </w:r>
      <w:r>
        <w:rPr>
          <w:rFonts w:cs="Arial"/>
          <w:rtl/>
        </w:rPr>
        <w:t>محصول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lastRenderedPageBreak/>
        <w:t>☐</w:t>
      </w:r>
      <w:r>
        <w:t xml:space="preserve"> </w:t>
      </w:r>
      <w:r>
        <w:rPr>
          <w:rFonts w:cs="Arial"/>
          <w:rtl/>
        </w:rPr>
        <w:t>ثبت</w:t>
      </w:r>
      <w:r>
        <w:t xml:space="preserve"> </w:t>
      </w:r>
      <w:r>
        <w:rPr>
          <w:rFonts w:cs="Arial"/>
          <w:rtl/>
        </w:rPr>
        <w:t>محصول</w:t>
      </w:r>
      <w:r>
        <w:t xml:space="preserve"> </w:t>
      </w:r>
      <w:r>
        <w:rPr>
          <w:rFonts w:cs="Arial"/>
          <w:rtl/>
        </w:rPr>
        <w:t>در</w:t>
      </w:r>
      <w:r>
        <w:t xml:space="preserve"> </w:t>
      </w:r>
      <w:r>
        <w:rPr>
          <w:rFonts w:cs="Arial"/>
          <w:rtl/>
        </w:rPr>
        <w:t>بازار</w:t>
      </w:r>
      <w:r>
        <w:t xml:space="preserve"> GCC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همکاری</w:t>
      </w:r>
      <w:r>
        <w:t xml:space="preserve"> </w:t>
      </w:r>
      <w:r>
        <w:rPr>
          <w:rFonts w:cs="Arial"/>
          <w:rtl/>
        </w:rPr>
        <w:t>با</w:t>
      </w:r>
      <w:r>
        <w:t xml:space="preserve"> </w:t>
      </w:r>
      <w:r>
        <w:rPr>
          <w:rFonts w:cs="Arial"/>
          <w:rtl/>
        </w:rPr>
        <w:t>واردکننده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تولید</w:t>
      </w:r>
      <w:r>
        <w:t xml:space="preserve"> / </w:t>
      </w:r>
      <w:r>
        <w:rPr>
          <w:rFonts w:cs="Arial"/>
          <w:rtl/>
        </w:rPr>
        <w:t>بسته</w:t>
      </w:r>
      <w:r>
        <w:t>‌</w:t>
      </w:r>
      <w:r>
        <w:rPr>
          <w:rFonts w:cs="Arial"/>
          <w:rtl/>
        </w:rPr>
        <w:t>بندی</w:t>
      </w:r>
      <w:r>
        <w:t xml:space="preserve"> Made in Oman</w:t>
      </w:r>
    </w:p>
    <w:p w:rsidR="000A13B2" w:rsidRDefault="000A3BD0" w:rsidP="008A7F64">
      <w:pPr>
        <w:bidi/>
      </w:pPr>
      <w:r>
        <w:rPr>
          <w:rFonts w:cs="Arial"/>
          <w:rtl/>
        </w:rPr>
        <w:t>بخش</w:t>
      </w:r>
      <w:r>
        <w:t xml:space="preserve"> </w:t>
      </w:r>
      <w:r>
        <w:rPr>
          <w:rFonts w:cs="Arial"/>
          <w:rtl/>
        </w:rPr>
        <w:t>۵</w:t>
      </w:r>
      <w:r>
        <w:t xml:space="preserve">: </w:t>
      </w:r>
      <w:r>
        <w:rPr>
          <w:rFonts w:cs="Arial"/>
          <w:rtl/>
        </w:rPr>
        <w:t>اطلاعات</w:t>
      </w:r>
      <w:r>
        <w:t xml:space="preserve"> </w:t>
      </w:r>
      <w:r>
        <w:rPr>
          <w:rFonts w:cs="Arial"/>
          <w:rtl/>
        </w:rPr>
        <w:t>فنی</w:t>
      </w:r>
      <w:r>
        <w:t xml:space="preserve"> </w:t>
      </w:r>
      <w:r>
        <w:rPr>
          <w:rFonts w:cs="Arial"/>
          <w:rtl/>
        </w:rPr>
        <w:t>محص</w:t>
      </w:r>
      <w:r>
        <w:rPr>
          <w:rFonts w:cs="Arial"/>
          <w:rtl/>
        </w:rPr>
        <w:t>ول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مواد</w:t>
      </w:r>
      <w:r>
        <w:t xml:space="preserve"> </w:t>
      </w:r>
      <w:r>
        <w:rPr>
          <w:rFonts w:cs="Arial"/>
          <w:rtl/>
        </w:rPr>
        <w:t>اولیه</w:t>
      </w:r>
      <w:r>
        <w:t xml:space="preserve"> </w:t>
      </w:r>
      <w:r>
        <w:rPr>
          <w:rFonts w:cs="Arial"/>
          <w:rtl/>
        </w:rPr>
        <w:t>اصلی</w:t>
      </w:r>
      <w:r>
        <w:t xml:space="preserve"> </w:t>
      </w:r>
      <w:r>
        <w:rPr>
          <w:rFonts w:cs="Arial"/>
          <w:rtl/>
        </w:rPr>
        <w:t>محصول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کاربرد</w:t>
      </w:r>
      <w:r>
        <w:t xml:space="preserve"> </w:t>
      </w:r>
      <w:r>
        <w:rPr>
          <w:rFonts w:cs="Arial"/>
          <w:rtl/>
        </w:rPr>
        <w:t>محصول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ظرفیت</w:t>
      </w:r>
      <w:r>
        <w:t xml:space="preserve"> </w:t>
      </w:r>
      <w:r>
        <w:rPr>
          <w:rFonts w:cs="Arial"/>
          <w:rtl/>
        </w:rPr>
        <w:t>تولید</w:t>
      </w:r>
      <w:r>
        <w:t xml:space="preserve"> </w:t>
      </w:r>
      <w:r>
        <w:rPr>
          <w:rFonts w:cs="Arial"/>
          <w:rtl/>
        </w:rPr>
        <w:t>سالانه</w:t>
      </w:r>
      <w:r>
        <w:t>: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rPr>
          <w:rFonts w:cs="Arial"/>
          <w:rtl/>
        </w:rPr>
        <w:t>تعداد</w:t>
      </w:r>
      <w:r>
        <w:t xml:space="preserve"> </w:t>
      </w:r>
      <w:r>
        <w:rPr>
          <w:rFonts w:cs="Arial"/>
          <w:rtl/>
        </w:rPr>
        <w:t>مدل</w:t>
      </w:r>
      <w:r>
        <w:t>‌</w:t>
      </w:r>
      <w:r>
        <w:rPr>
          <w:rFonts w:cs="Arial"/>
          <w:rtl/>
        </w:rPr>
        <w:t>ها</w:t>
      </w:r>
      <w:r>
        <w:t xml:space="preserve"> / SKU:</w:t>
      </w:r>
    </w:p>
    <w:p w:rsidR="000A13B2" w:rsidRDefault="000A3BD0" w:rsidP="008A7F64">
      <w:pPr>
        <w:bidi/>
      </w:pPr>
      <w:r>
        <w:rPr>
          <w:rFonts w:cs="Arial"/>
          <w:rtl/>
        </w:rPr>
        <w:t>بخش</w:t>
      </w:r>
      <w:r>
        <w:t xml:space="preserve"> </w:t>
      </w:r>
      <w:r>
        <w:rPr>
          <w:rFonts w:cs="Arial"/>
          <w:rtl/>
        </w:rPr>
        <w:t>۶</w:t>
      </w:r>
      <w:r>
        <w:t xml:space="preserve">: </w:t>
      </w:r>
      <w:r>
        <w:rPr>
          <w:rFonts w:cs="Arial"/>
          <w:rtl/>
        </w:rPr>
        <w:t>فایل</w:t>
      </w:r>
      <w:r>
        <w:t>‌</w:t>
      </w:r>
      <w:r>
        <w:rPr>
          <w:rFonts w:cs="Arial"/>
          <w:rtl/>
        </w:rPr>
        <w:t>های</w:t>
      </w:r>
      <w:r>
        <w:t xml:space="preserve"> </w:t>
      </w:r>
      <w:r>
        <w:rPr>
          <w:rFonts w:cs="Arial"/>
          <w:rtl/>
        </w:rPr>
        <w:t>قابل</w:t>
      </w:r>
      <w:r>
        <w:t xml:space="preserve"> </w:t>
      </w:r>
      <w:r>
        <w:rPr>
          <w:rFonts w:cs="Arial"/>
          <w:rtl/>
        </w:rPr>
        <w:t>ارسال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کاتالوگ</w:t>
      </w:r>
      <w:r>
        <w:t xml:space="preserve"> </w:t>
      </w:r>
      <w:r>
        <w:rPr>
          <w:rFonts w:cs="Arial"/>
          <w:rtl/>
        </w:rPr>
        <w:t>محصول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دیتاشیت</w:t>
      </w:r>
      <w:r>
        <w:t xml:space="preserve"> </w:t>
      </w:r>
      <w:r>
        <w:rPr>
          <w:rFonts w:cs="Arial"/>
          <w:rtl/>
        </w:rPr>
        <w:t>فنی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تست</w:t>
      </w:r>
      <w:r>
        <w:t xml:space="preserve"> </w:t>
      </w:r>
      <w:r>
        <w:rPr>
          <w:rFonts w:cs="Arial"/>
          <w:rtl/>
        </w:rPr>
        <w:t>ریپورت</w:t>
      </w:r>
      <w:r>
        <w:t>‌</w:t>
      </w:r>
      <w:r>
        <w:rPr>
          <w:rFonts w:cs="Arial"/>
          <w:rtl/>
        </w:rPr>
        <w:t>ها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گواهی</w:t>
      </w:r>
      <w:r>
        <w:t>‌</w:t>
      </w:r>
      <w:r>
        <w:rPr>
          <w:rFonts w:cs="Arial"/>
          <w:rtl/>
        </w:rPr>
        <w:t>های</w:t>
      </w:r>
      <w:r>
        <w:t xml:space="preserve"> </w:t>
      </w:r>
      <w:r>
        <w:rPr>
          <w:rFonts w:cs="Arial"/>
          <w:rtl/>
        </w:rPr>
        <w:t>قبلی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عکس</w:t>
      </w:r>
      <w:r>
        <w:t xml:space="preserve"> </w:t>
      </w:r>
      <w:r>
        <w:rPr>
          <w:rFonts w:cs="Arial"/>
          <w:rtl/>
        </w:rPr>
        <w:t>محصول</w:t>
      </w:r>
    </w:p>
    <w:p w:rsidR="000A13B2" w:rsidRDefault="000A3BD0" w:rsidP="008A7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</w:pPr>
      <w:r>
        <w:t>☐</w:t>
      </w:r>
      <w:r>
        <w:t xml:space="preserve"> </w:t>
      </w:r>
      <w:r>
        <w:rPr>
          <w:rFonts w:cs="Arial"/>
          <w:rtl/>
        </w:rPr>
        <w:t>لیبل</w:t>
      </w:r>
      <w:r>
        <w:t xml:space="preserve"> </w:t>
      </w:r>
      <w:r>
        <w:rPr>
          <w:rFonts w:cs="Arial"/>
          <w:rtl/>
        </w:rPr>
        <w:t>و</w:t>
      </w:r>
      <w:r>
        <w:t xml:space="preserve"> </w:t>
      </w:r>
      <w:r>
        <w:rPr>
          <w:rFonts w:cs="Arial"/>
          <w:rtl/>
        </w:rPr>
        <w:t>بسته</w:t>
      </w:r>
      <w:r>
        <w:t>‌</w:t>
      </w:r>
      <w:r>
        <w:rPr>
          <w:rFonts w:cs="Arial"/>
          <w:rtl/>
        </w:rPr>
        <w:t>بندی</w:t>
      </w:r>
    </w:p>
    <w:p w:rsidR="000A13B2" w:rsidRDefault="000A3BD0" w:rsidP="008A7F64">
      <w:pPr>
        <w:bidi/>
      </w:pPr>
      <w:r>
        <w:rPr>
          <w:rFonts w:cs="Arial"/>
          <w:rtl/>
        </w:rPr>
        <w:t>بخش</w:t>
      </w:r>
      <w:r>
        <w:t xml:space="preserve"> </w:t>
      </w:r>
      <w:r>
        <w:rPr>
          <w:rFonts w:cs="Arial"/>
          <w:rtl/>
        </w:rPr>
        <w:t>۷</w:t>
      </w:r>
      <w:r>
        <w:t xml:space="preserve">: </w:t>
      </w:r>
      <w:r>
        <w:rPr>
          <w:rFonts w:cs="Arial"/>
          <w:rtl/>
        </w:rPr>
        <w:t>درخواست</w:t>
      </w:r>
      <w:r>
        <w:t xml:space="preserve"> </w:t>
      </w:r>
      <w:r>
        <w:rPr>
          <w:rFonts w:cs="Arial"/>
          <w:rtl/>
        </w:rPr>
        <w:t>مشتری</w:t>
      </w:r>
    </w:p>
    <w:p w:rsidR="000A13B2" w:rsidRDefault="000A3BD0" w:rsidP="008A7F64">
      <w:pPr>
        <w:bidi/>
      </w:pPr>
      <w:r>
        <w:rPr>
          <w:rFonts w:cs="Arial"/>
          <w:rtl/>
        </w:rPr>
        <w:t>نیاز</w:t>
      </w:r>
      <w:r>
        <w:t xml:space="preserve"> </w:t>
      </w:r>
      <w:r>
        <w:rPr>
          <w:rFonts w:cs="Arial"/>
          <w:rtl/>
        </w:rPr>
        <w:t>و</w:t>
      </w:r>
      <w:r>
        <w:t xml:space="preserve"> </w:t>
      </w:r>
      <w:r>
        <w:rPr>
          <w:rFonts w:cs="Arial"/>
          <w:rtl/>
        </w:rPr>
        <w:t>توضیحات</w:t>
      </w:r>
      <w:r>
        <w:t xml:space="preserve"> </w:t>
      </w:r>
      <w:r>
        <w:rPr>
          <w:rFonts w:cs="Arial"/>
          <w:rtl/>
        </w:rPr>
        <w:t>مشتری</w:t>
      </w:r>
      <w:r>
        <w:t>:</w:t>
      </w:r>
    </w:p>
    <w:p w:rsidR="000A13B2" w:rsidRDefault="000A3BD0" w:rsidP="008A7F64">
      <w:pPr>
        <w:bidi/>
      </w:pPr>
      <w:r>
        <w:rPr>
          <w:rFonts w:cs="Arial"/>
          <w:rtl/>
        </w:rPr>
        <w:t>تأیید</w:t>
      </w:r>
      <w:r>
        <w:t xml:space="preserve"> </w:t>
      </w:r>
      <w:r>
        <w:rPr>
          <w:rFonts w:cs="Arial"/>
          <w:rtl/>
        </w:rPr>
        <w:t>متقاضی</w:t>
      </w:r>
    </w:p>
    <w:p w:rsidR="000A13B2" w:rsidRDefault="000A3BD0" w:rsidP="008A7F64">
      <w:pPr>
        <w:bidi/>
      </w:pPr>
      <w:r>
        <w:rPr>
          <w:rFonts w:cs="Arial"/>
          <w:rtl/>
        </w:rPr>
        <w:t>اینجانب</w:t>
      </w:r>
      <w:r>
        <w:t xml:space="preserve"> </w:t>
      </w:r>
      <w:r>
        <w:rPr>
          <w:rFonts w:cs="Arial"/>
          <w:rtl/>
        </w:rPr>
        <w:t>تأیید</w:t>
      </w:r>
      <w:r>
        <w:t xml:space="preserve"> </w:t>
      </w:r>
      <w:r>
        <w:rPr>
          <w:rFonts w:cs="Arial"/>
          <w:rtl/>
        </w:rPr>
        <w:t>می</w:t>
      </w:r>
      <w:r>
        <w:t>‌</w:t>
      </w:r>
      <w:r>
        <w:rPr>
          <w:rFonts w:cs="Arial"/>
          <w:rtl/>
        </w:rPr>
        <w:t>کنم</w:t>
      </w:r>
      <w:r>
        <w:t xml:space="preserve"> </w:t>
      </w:r>
      <w:r>
        <w:rPr>
          <w:rFonts w:cs="Arial"/>
          <w:rtl/>
        </w:rPr>
        <w:t>اطلاعات</w:t>
      </w:r>
      <w:r>
        <w:t xml:space="preserve"> </w:t>
      </w:r>
      <w:r>
        <w:rPr>
          <w:rFonts w:cs="Arial"/>
          <w:rtl/>
        </w:rPr>
        <w:t>ارائه</w:t>
      </w:r>
      <w:r>
        <w:t>‌</w:t>
      </w:r>
      <w:r>
        <w:rPr>
          <w:rFonts w:cs="Arial"/>
          <w:rtl/>
        </w:rPr>
        <w:t>شده</w:t>
      </w:r>
      <w:r>
        <w:t xml:space="preserve"> </w:t>
      </w:r>
      <w:r>
        <w:rPr>
          <w:rFonts w:cs="Arial"/>
          <w:rtl/>
        </w:rPr>
        <w:t>صحیح</w:t>
      </w:r>
      <w:r>
        <w:t xml:space="preserve"> </w:t>
      </w:r>
      <w:r>
        <w:rPr>
          <w:rFonts w:cs="Arial"/>
          <w:rtl/>
        </w:rPr>
        <w:t>بوده</w:t>
      </w:r>
      <w:r>
        <w:t xml:space="preserve"> </w:t>
      </w:r>
      <w:r>
        <w:rPr>
          <w:rFonts w:cs="Arial"/>
          <w:rtl/>
        </w:rPr>
        <w:t>و</w:t>
      </w:r>
      <w:r>
        <w:t xml:space="preserve"> </w:t>
      </w:r>
      <w:r>
        <w:rPr>
          <w:rFonts w:cs="Arial"/>
          <w:rtl/>
        </w:rPr>
        <w:t>جهت</w:t>
      </w:r>
      <w:r>
        <w:t xml:space="preserve"> </w:t>
      </w:r>
      <w:r>
        <w:rPr>
          <w:rFonts w:cs="Arial"/>
          <w:rtl/>
        </w:rPr>
        <w:t>بررسی</w:t>
      </w:r>
      <w:r>
        <w:t xml:space="preserve"> </w:t>
      </w:r>
      <w:r>
        <w:rPr>
          <w:rFonts w:cs="Arial"/>
          <w:rtl/>
        </w:rPr>
        <w:t>اولیه</w:t>
      </w:r>
      <w:r>
        <w:t xml:space="preserve"> </w:t>
      </w:r>
      <w:r>
        <w:rPr>
          <w:rFonts w:cs="Arial"/>
          <w:rtl/>
        </w:rPr>
        <w:t>فرآیند</w:t>
      </w:r>
      <w:r>
        <w:t xml:space="preserve"> </w:t>
      </w:r>
      <w:r>
        <w:rPr>
          <w:rFonts w:cs="Arial"/>
          <w:rtl/>
        </w:rPr>
        <w:t>دریافت</w:t>
      </w:r>
      <w:r>
        <w:t xml:space="preserve"> </w:t>
      </w:r>
      <w:r>
        <w:rPr>
          <w:rFonts w:cs="Arial"/>
          <w:rtl/>
        </w:rPr>
        <w:t>گواهی</w:t>
      </w:r>
      <w:r>
        <w:t xml:space="preserve"> GCC / G-Mark </w:t>
      </w:r>
      <w:r>
        <w:rPr>
          <w:rFonts w:cs="Arial"/>
          <w:rtl/>
        </w:rPr>
        <w:t>ارائه</w:t>
      </w:r>
      <w:r>
        <w:t xml:space="preserve"> </w:t>
      </w:r>
      <w:r>
        <w:rPr>
          <w:rFonts w:cs="Arial"/>
          <w:rtl/>
        </w:rPr>
        <w:t>شده</w:t>
      </w:r>
      <w:r>
        <w:t xml:space="preserve"> </w:t>
      </w:r>
      <w:r>
        <w:rPr>
          <w:rFonts w:cs="Arial"/>
          <w:rtl/>
        </w:rPr>
        <w:t>است</w:t>
      </w:r>
      <w:r>
        <w:t>.</w:t>
      </w:r>
    </w:p>
    <w:p w:rsidR="000A13B2" w:rsidRDefault="000A3BD0" w:rsidP="008A7F64">
      <w:pPr>
        <w:bidi/>
      </w:pPr>
      <w:r>
        <w:rPr>
          <w:rFonts w:cs="Arial"/>
          <w:rtl/>
        </w:rPr>
        <w:t>نام</w:t>
      </w:r>
      <w:r>
        <w:t xml:space="preserve"> </w:t>
      </w:r>
      <w:r>
        <w:rPr>
          <w:rFonts w:cs="Arial"/>
          <w:rtl/>
        </w:rPr>
        <w:t>و</w:t>
      </w:r>
      <w:r>
        <w:t xml:space="preserve"> </w:t>
      </w:r>
      <w:r>
        <w:rPr>
          <w:rFonts w:cs="Arial"/>
          <w:rtl/>
        </w:rPr>
        <w:t>امضا</w:t>
      </w:r>
      <w:r>
        <w:t>:</w:t>
      </w:r>
    </w:p>
    <w:p w:rsidR="000A13B2" w:rsidRDefault="000A3BD0" w:rsidP="008A7F64">
      <w:pPr>
        <w:bidi/>
        <w:rPr>
          <w:rFonts w:hint="cs"/>
          <w:rtl/>
          <w:lang w:bidi="fa-IR"/>
        </w:rPr>
      </w:pPr>
      <w:r>
        <w:rPr>
          <w:rFonts w:cs="Arial"/>
          <w:rtl/>
        </w:rPr>
        <w:t>تاریخ</w:t>
      </w:r>
      <w:r>
        <w:t>:</w:t>
      </w:r>
    </w:p>
    <w:p w:rsidR="000A13B2" w:rsidRDefault="000A13B2"/>
    <w:sectPr w:rsidR="000A13B2" w:rsidSect="008A7F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0" w:footer="432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BD0" w:rsidRDefault="000A3BD0" w:rsidP="008A7F64">
      <w:pPr>
        <w:spacing w:after="0" w:line="240" w:lineRule="auto"/>
      </w:pPr>
      <w:r>
        <w:separator/>
      </w:r>
    </w:p>
  </w:endnote>
  <w:endnote w:type="continuationSeparator" w:id="1">
    <w:p w:rsidR="000A3BD0" w:rsidRDefault="000A3BD0" w:rsidP="008A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64" w:rsidRDefault="008A7F6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64" w:rsidRDefault="008A7F64" w:rsidP="008A7F64">
    <w:pPr>
      <w:bidi/>
      <w:ind w:left="-1080" w:right="-900"/>
      <w:jc w:val="center"/>
      <w:rPr>
        <w:rFonts w:hint="cs"/>
        <w:color w:val="FF0000"/>
        <w:sz w:val="18"/>
        <w:szCs w:val="18"/>
        <w:rtl/>
        <w:lang w:bidi="fa-IR"/>
      </w:rPr>
    </w:pPr>
    <w:r w:rsidRPr="008A7F64">
      <w:rPr>
        <w:color w:val="FF0000"/>
        <w:sz w:val="18"/>
        <w:szCs w:val="18"/>
      </w:rPr>
      <w:t xml:space="preserve"> ICNET </w:t>
    </w:r>
    <w:r w:rsidRPr="008A7F64">
      <w:rPr>
        <w:rFonts w:cs="Arial"/>
        <w:color w:val="FF0000"/>
        <w:sz w:val="18"/>
        <w:szCs w:val="18"/>
        <w:rtl/>
      </w:rPr>
      <w:t>با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همکاری</w:t>
    </w:r>
    <w:r w:rsidRPr="008A7F64">
      <w:rPr>
        <w:color w:val="FF0000"/>
        <w:sz w:val="18"/>
        <w:szCs w:val="18"/>
      </w:rPr>
      <w:t xml:space="preserve"> Mysterious Ocean Oman</w:t>
    </w:r>
    <w:r w:rsidRPr="008A7F64">
      <w:rPr>
        <w:rFonts w:cs="Arial"/>
        <w:color w:val="FF0000"/>
        <w:sz w:val="18"/>
        <w:szCs w:val="18"/>
        <w:rtl/>
      </w:rPr>
      <w:t>،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اطلاعات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محصول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را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بررسی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کرده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و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مناسب</w:t>
    </w:r>
    <w:r w:rsidRPr="008A7F64">
      <w:rPr>
        <w:color w:val="FF0000"/>
        <w:sz w:val="18"/>
        <w:szCs w:val="18"/>
      </w:rPr>
      <w:t>‌</w:t>
    </w:r>
    <w:r w:rsidRPr="008A7F64">
      <w:rPr>
        <w:rFonts w:cs="Arial"/>
        <w:color w:val="FF0000"/>
        <w:sz w:val="18"/>
        <w:szCs w:val="18"/>
        <w:rtl/>
      </w:rPr>
      <w:t>ترین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مسیر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دریافت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گواهی</w:t>
    </w:r>
    <w:r w:rsidRPr="008A7F64">
      <w:rPr>
        <w:color w:val="FF0000"/>
        <w:sz w:val="18"/>
        <w:szCs w:val="18"/>
      </w:rPr>
      <w:t xml:space="preserve"> GCC / G-Mark </w:t>
    </w:r>
    <w:r w:rsidRPr="008A7F64">
      <w:rPr>
        <w:rFonts w:cs="Arial"/>
        <w:color w:val="FF0000"/>
        <w:sz w:val="18"/>
        <w:szCs w:val="18"/>
        <w:rtl/>
      </w:rPr>
      <w:t>را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پیشنهاد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خواهد</w:t>
    </w:r>
    <w:r w:rsidRPr="008A7F64">
      <w:rPr>
        <w:color w:val="FF0000"/>
        <w:sz w:val="18"/>
        <w:szCs w:val="18"/>
      </w:rPr>
      <w:t xml:space="preserve"> </w:t>
    </w:r>
    <w:r w:rsidRPr="008A7F64">
      <w:rPr>
        <w:rFonts w:cs="Arial"/>
        <w:color w:val="FF0000"/>
        <w:sz w:val="18"/>
        <w:szCs w:val="18"/>
        <w:rtl/>
      </w:rPr>
      <w:t>داد</w:t>
    </w:r>
    <w:r w:rsidRPr="008A7F64">
      <w:rPr>
        <w:color w:val="FF0000"/>
        <w:sz w:val="18"/>
        <w:szCs w:val="18"/>
      </w:rPr>
      <w:t>.</w:t>
    </w:r>
  </w:p>
  <w:p w:rsidR="008A7F64" w:rsidRPr="008A7F64" w:rsidRDefault="008A7F64" w:rsidP="008A7F64">
    <w:pPr>
      <w:pStyle w:val="NoSpacing"/>
      <w:bidi/>
      <w:ind w:left="-720"/>
      <w:rPr>
        <w:sz w:val="24"/>
        <w:szCs w:val="24"/>
      </w:rPr>
    </w:pPr>
    <w:r w:rsidRPr="008A7F64">
      <w:rPr>
        <w:sz w:val="24"/>
        <w:szCs w:val="24"/>
        <w:rtl/>
      </w:rPr>
      <w:t xml:space="preserve">دفتر مرکزی: تهران, خیابان شریعتی,پلاک 608 </w:t>
    </w:r>
    <w:r w:rsidRPr="008A7F64">
      <w:rPr>
        <w:rFonts w:hint="cs"/>
        <w:sz w:val="24"/>
        <w:szCs w:val="24"/>
        <w:rtl/>
      </w:rPr>
      <w:t xml:space="preserve">تلفن: </w:t>
    </w:r>
    <w:r w:rsidRPr="008A7F64">
      <w:rPr>
        <w:rFonts w:ascii="Times New Roman" w:eastAsia="Times New Roman" w:hAnsi="Times New Roman" w:cs="Times New Roman"/>
        <w:sz w:val="24"/>
        <w:szCs w:val="24"/>
      </w:rPr>
      <w:t>021-28421370</w:t>
    </w:r>
  </w:p>
  <w:p w:rsidR="008A7F64" w:rsidRPr="008A7F64" w:rsidRDefault="008A7F64" w:rsidP="008A7F64">
    <w:pPr>
      <w:pStyle w:val="NoSpacing"/>
      <w:ind w:left="-990"/>
      <w:jc w:val="both"/>
      <w:rPr>
        <w:rtl/>
        <w:lang w:bidi="fa-IR"/>
      </w:rPr>
    </w:pPr>
    <w:r w:rsidRPr="008A7F64">
      <w:rPr>
        <w:rFonts w:ascii="Times New Roman" w:eastAsia="Times New Roman" w:hAnsi="Times New Roman" w:cs="Times New Roman"/>
        <w:sz w:val="28"/>
        <w:szCs w:val="28"/>
      </w:rPr>
      <w:t xml:space="preserve"> </w:t>
    </w:r>
    <w:r w:rsidRPr="008A7F64">
      <w:t xml:space="preserve"> No.5698, Al-Seeb St., Muscat, Oman      Tel: +968 92140577    </w:t>
    </w:r>
    <w:hyperlink r:id="rId1" w:history="1">
      <w:r w:rsidRPr="008A7F64">
        <w:rPr>
          <w:rStyle w:val="Hyperlink"/>
          <w:color w:val="auto"/>
          <w:szCs w:val="36"/>
          <w:u w:val="none"/>
        </w:rPr>
        <w:t>info@mysteriousocean.net</w:t>
      </w:r>
    </w:hyperlink>
  </w:p>
  <w:p w:rsidR="008A7F64" w:rsidRDefault="008A7F6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64" w:rsidRDefault="008A7F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BD0" w:rsidRDefault="000A3BD0" w:rsidP="008A7F64">
      <w:pPr>
        <w:spacing w:after="0" w:line="240" w:lineRule="auto"/>
      </w:pPr>
      <w:r>
        <w:separator/>
      </w:r>
    </w:p>
  </w:footnote>
  <w:footnote w:type="continuationSeparator" w:id="1">
    <w:p w:rsidR="000A3BD0" w:rsidRDefault="000A3BD0" w:rsidP="008A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64" w:rsidRDefault="008A7F6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64" w:rsidRPr="008A7F64" w:rsidRDefault="008A7F64" w:rsidP="008A7F64">
    <w:pPr>
      <w:pStyle w:val="NoSpacing"/>
      <w:bidi/>
      <w:rPr>
        <w:rFonts w:hint="cs"/>
        <w:rtl/>
      </w:rPr>
    </w:pPr>
  </w:p>
  <w:p w:rsidR="008A7F64" w:rsidRDefault="008A7F64" w:rsidP="008A7F64">
    <w:pPr>
      <w:pStyle w:val="Heading1"/>
      <w:bidi/>
      <w:jc w:val="center"/>
    </w:pPr>
    <w:r>
      <w:rPr>
        <w:rFonts w:cs="Times New Roman"/>
        <w:noProof/>
        <w:rtl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-622300</wp:posOffset>
          </wp:positionH>
          <wp:positionV relativeFrom="paragraph">
            <wp:posOffset>277495</wp:posOffset>
          </wp:positionV>
          <wp:extent cx="1339850" cy="304800"/>
          <wp:effectExtent l="0" t="0" r="0" b="0"/>
          <wp:wrapNone/>
          <wp:docPr id="4" name="Picture 3" descr="WhatsApp Image 2025-12-20 at 09.08.0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12-20 at 09.08.02.jpeg"/>
                  <pic:cNvPicPr/>
                </pic:nvPicPr>
                <pic:blipFill>
                  <a:blip r:embed="rId1">
                    <a:clrChange>
                      <a:clrFrom>
                        <a:srgbClr val="FFFFFA"/>
                      </a:clrFrom>
                      <a:clrTo>
                        <a:srgbClr val="FFFFFA">
                          <a:alpha val="0"/>
                        </a:srgbClr>
                      </a:clrTo>
                    </a:clrChange>
                    <a:lum bright="-40000" contrast="4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/>
        <w:noProof/>
        <w:rtl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4991100</wp:posOffset>
          </wp:positionH>
          <wp:positionV relativeFrom="paragraph">
            <wp:posOffset>277495</wp:posOffset>
          </wp:positionV>
          <wp:extent cx="908050" cy="374650"/>
          <wp:effectExtent l="1905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374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Times New Roman"/>
        <w:rtl/>
      </w:rPr>
      <w:t>فرم</w:t>
    </w:r>
    <w:r>
      <w:t xml:space="preserve"> </w:t>
    </w:r>
    <w:r>
      <w:rPr>
        <w:rFonts w:cs="Times New Roman"/>
        <w:rtl/>
      </w:rPr>
      <w:t>درخواست</w:t>
    </w:r>
    <w:r>
      <w:t xml:space="preserve"> </w:t>
    </w:r>
    <w:r>
      <w:rPr>
        <w:rFonts w:cs="Times New Roman"/>
        <w:rtl/>
      </w:rPr>
      <w:t>ارزیابی</w:t>
    </w:r>
    <w:r>
      <w:t xml:space="preserve"> </w:t>
    </w:r>
    <w:r>
      <w:rPr>
        <w:rFonts w:cs="Times New Roman"/>
        <w:rtl/>
      </w:rPr>
      <w:t>اولیه</w:t>
    </w:r>
    <w:r>
      <w:t xml:space="preserve"> </w:t>
    </w:r>
    <w:r>
      <w:rPr>
        <w:rFonts w:cs="Times New Roman"/>
        <w:rtl/>
      </w:rPr>
      <w:t>دریافت</w:t>
    </w:r>
    <w:r>
      <w:t xml:space="preserve"> </w:t>
    </w:r>
    <w:r>
      <w:rPr>
        <w:rFonts w:cs="Times New Roman"/>
        <w:rtl/>
      </w:rPr>
      <w:t>گواهی</w:t>
    </w:r>
    <w:r>
      <w:t xml:space="preserve"> GCC / G-Mark</w:t>
    </w:r>
  </w:p>
  <w:p w:rsidR="008A7F64" w:rsidRDefault="008A7F6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64" w:rsidRDefault="008A7F6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A13B2"/>
    <w:rsid w:val="000A3BD0"/>
    <w:rsid w:val="0015074B"/>
    <w:rsid w:val="0029639D"/>
    <w:rsid w:val="00326F90"/>
    <w:rsid w:val="008A7F64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A7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F64"/>
    <w:rPr>
      <w:rFonts w:ascii="Tahoma" w:hAnsi="Tahoma" w:cs="Tahoma"/>
      <w:sz w:val="16"/>
      <w:szCs w:val="16"/>
    </w:rPr>
  </w:style>
  <w:style w:type="character" w:customStyle="1" w:styleId="elementor-icon-list-text">
    <w:name w:val="elementor-icon-list-text"/>
    <w:basedOn w:val="DefaultParagraphFont"/>
    <w:rsid w:val="008A7F64"/>
  </w:style>
  <w:style w:type="character" w:styleId="Hyperlink">
    <w:name w:val="Hyperlink"/>
    <w:basedOn w:val="DefaultParagraphFont"/>
    <w:uiPriority w:val="99"/>
    <w:unhideWhenUsed/>
    <w:rsid w:val="008A7F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0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ysteriousocean.ne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ComputerAmin.ir</cp:lastModifiedBy>
  <cp:revision>2</cp:revision>
  <dcterms:created xsi:type="dcterms:W3CDTF">2013-12-23T23:15:00Z</dcterms:created>
  <dcterms:modified xsi:type="dcterms:W3CDTF">2026-09-17T15:37:00Z</dcterms:modified>
  <cp:category/>
</cp:coreProperties>
</file>